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📋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🌾 הסיגד לכולם – מהדורה למורה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🌍 יסודי · עולים חדשים · תשובות, מערך שיעור והתאמות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🔑 מפתח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🗓️ מערך שיעור 45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🔧 התאמות: אולפן · כיתה · חנ״מ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🤍 שיתוף בטוח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🔍 לוודא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מהדורה למורה – 🌍 יסודי · עולים חדשים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תמונה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⛰️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הַר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תְּפִלָּה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☂️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מִטְרִיָּה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🍞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לֶחֶם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💃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רִקּוּד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אוֹרִית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יְרוּשָׁלַיִם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👥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קְהִלָּה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השלמה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סִגְד חָל 【חֲמִשִּׁים】 יוֹם אַחֲרֵי יוֹם הַכִּפּוּרִים.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בְּאֶתְיוֹפְּיָה אֲנָשִׁים עוֹלִים עַל 【הַר】 גָּבוֹהַּ.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בַּחַג 【צָמִים】 עַד אַחֲרֵי הַצָּהֳרַיִם.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【הַקֵּסִים】 מוֹבִילִים אֶת הַתְּפִלָּה.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הַסֵּפֶר הַקָּדוֹשׁ שֶׁל הַקֵּסִים נִקְרָא 【אוֹרִית】.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הַיּוֹם חוֹגְגִים אֶת סִגְד בָּעִיר 【יְרוּשָׁלַיִם】.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הַקֵּסִים מַחְזִיקִים 【מִטְרִיּוֹת】 צִבְעוֹנִיּוֹת.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תָּמָר 【מִתְגַּעְגַּעַת】 לְרֵיחַ הַלֶּחֶם.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הבנת הנקרא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חֲמִשִּׁים יוֹם אַחֲרֵי יוֹם הַכִּפּוּרִים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הִשְׁתַּחֲוָיָה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לְהַר גָּבוֹהַּ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 – הַקֵּסִים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א – בִּגְעֵז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לִירוּשָׁלַיִם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א – מִטְרִיּוֹת צִבְעוֹנִיּוֹת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ב – לְרֵיחַ הַלֶּחֶם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בונים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סִגְד הוּא חַג שֶׁל יְהוּדֵי אֶתְיוֹפְּיָה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הַקֵּסִים מוֹבִילִים אֶת הַתְּפִלָּה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אֲנָשִׁים עוֹלִים עַל הַר גָּבוֹהַּ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בַּחַג צָמִים עַד הַצָּהֳרַיִם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כֻּלָּם מִתְפַּלְּלִים יַחַד בִּירוּשָׁלַיִם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אֲנִי מִתְגַּעְגַּעַת לַבַּיִת שֶׁלִּי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הווה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מִתְפַּלֵּל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רוֹקֶדֶת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בָּאִים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אוֹפוֹת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קוֹרֵא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צָמִים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יחיד ורבים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קֵסִים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מִטְרִיּוֹת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הָרִים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תְּפִלּוֹת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לְבָנִים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מִשְׁפָּחוֹת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מילות יחס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עַל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עִם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 – מִן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אֶל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ג – עִם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עַל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🗓️ מערך שיעור – 45 דקות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דק׳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ברכת 'חג סיגד שמח!', תמונה של הר ומטריות צבעוניות על הלוח. שאלה פתוחה: 'מה אתם רואים?' – תשובות במילה אחת, בכל שפה.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אוצר מילים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התאמת תמונה–מילה (8 מילים). המורה מקריא/ה כל מילה, הלומדים חוזרים במקהלה ומצביעים על האימוג׳י.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קריאת טקסטים 1–3 בקול: המורה קורא/ת, הלומדים חוזרים משפט אחר משפט, ואז קריאה בזוגות. שאלות הבנה (3 אפשרויות).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תרגול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השלמת משפטים מתוך מחסן מילים + בניית משפטים מכרטיסיות. תרגיל דקדוק קצר: הווה (הוא/היא/הם/הן) או רבים.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טקסט 4 וכתיבה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קריאת 'הגעגועים של תמר'. כתיבה במסגרת 'החג שלי / הגעגועים שלי' עם פתיחי משפטים. שיתוף בזוגות – רק מי שרוצה.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 יציאה (מילה חדשה, משפט על סיגד, שאלה). ברכה משותפת: 'בשנה הבאה בירושלים!'.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🏫 התאמה לאולפן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לפנות למבוגרים כמבוגרים: להציג את החג כמסורת של קהילה, בלי שפה ילדותית.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לאפשר להיעזר בשפת האם ובמילון הרב-לשוני; לומדים מאתיופיה יכולים (אם ירצו) להסביר מילים באמהרית.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לתרגל הגייה בקול בזוגות ולחזור על המשפטים הקצרים כמה פעמים.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לקשר לחגים שהלומדים מכירים מארצם – בלי השוואה, רק שיתוף מרצון.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🎒 התאמה לכיתה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לחלק לזוגות מעורבים: תלמיד/ה ותיק/ה עם עולה חדש/ה, ולהגדיר תפקיד 'שגריר/ת מילים'.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להשתמש בהקראה בקול באתר כדי שכל אחד ואחת יקראו בקצב שלהם.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לסיים בתוצר קטן לקיר הכיתה: מילה + אימוג׳י + משפט.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⭐ התאמה לחנ״מ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לעבוד עם 4 מילים בלבד בכל פעם, כל מילה עם אימוג׳י גדול.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שאלות עם 3 אפשרויות בלבד, ואפשר לענות בהצבעה.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להשתמש בכרטיסיות מילים מודפסות לבניית משפט במקום כתיבה.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🤍 שיתוף בטוח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אמרו בכל פעם במפורש: "אפשר לשתף – לא חובה", ואפשרו לכתוב במקום לדבר או לא לענות כלל.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שאלו על דברים נעימים (ריח, שיר, אוכל, מקום אהוב) ולא על הקשיים של הדרך או על הפרידה.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אל תניחו מבנה משפחה: שאלו "עם מי אתם אוהבים לחגוג?" ולא "מה ההורים שלכם עושים?".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אל תשוו בין קשיים או סיפורי עלייה של לומדים שונים; כל סיפור ראוי לכבוד.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 לכתוב על דמות מדומיינת או על "מישהו שאני מכיר" במקום על עצמכם.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אם עולה רגש חזק – הודו על השיתוף, עברו בעדינות למשימה אחרת, ושוחחו אחר כך ביחידות; במידת הצורך פנו לגורם המקצועי בבית הספר או באולפן.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תאריך הסיגד בשנת 2026: כ״ט בחשוון התשפ״ז – לפי חישוב 9.11.2026 (יום שני). לבדוק בלוח השנה.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שנת עיגון הסיגד כחג ממלכתי בחוק (2008) – לבדוק.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מקום ההתכנסות המרכזית בירושלים (טיילת ארמון הנציב) – לבדוק שלא השתנה השנה.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 התרגומים (אנגלית, רוסית, אמהרית, ערבית, צרפתית) – לבדיקה של דוברי השפה, במיוחד אמהרית.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המונחים "קס/קסים" ו"אורית" באמהרית ובצרפתית – לאשר עם בני הקהילה את הכתיב המקובל.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הקשר למסורת עזרא ונחמיה והמנהג לשאת אבנים – להציג כמסורת ולוודא ניסוח עם בני הקהילה.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ניקוד המילים והמשפטים – לעבור פעם נוספת לפני הדפסה.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תרגומי המילון – לבדיקת דוברות ודוברי השפה.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הסיגד לכולם – מהדורה למורה – 🌍 יסודי ·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