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דף עבודה · ⭐ יסודי ·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א׳ – קוראים 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ב׳ – מתרגלים ✏️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ג׳ – מדברים וכותבים 🗣️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א׳ – קוראים 📖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קִרְאוּ אֶת הַטֶּקְסְטִים. סַמְּנוּ מִילִים חֲדָשׁוֹת.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🌾 חַג הַסִּגְד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🌾 סִגְד הוּא חַג. 🕍 זֶה חַג שֶׁל יְהוּדֵי אֶתְיוֹפְּיָה. 🍂 חוֹגְגִים אוֹתוֹ בַּסְּתָיו.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⛰️ פַּעַם עָלוּ עַל הַר גָּבוֹהַּ. 🤍 כֻּלָּם לָבְשׁוּ בְּגָדִים לְבָנִים. 🙏 כֻּלָּם הִתְפַּלְּלוּ יַחַד. 🏙️ הֵם חָלְמוּ עַל יְרוּשָׁלַיִם.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🕊️ סִגְד הַיּוֹם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🏙️ הַיּוֹם חוֹגְגִים בִּירוּשָׁלַיִם. 👳 הַקֵּסִים לוֹבְשִׁים לָבָן. ⛱️ יֵשׁ מִטְרִיּוֹת צִבְעוֹנִיּוֹת.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🙏 קֹדֶם מִתְפַּלְּלִים. 🍲 אַחַר כָּךְ אוֹכְלִים יַחַד. 💃 רוֹקְדִים וְשָׂמֵחִים.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ב׳ – מתרגלים ✏️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1. תמונה ומילה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כִּתְבוּ אֶת הַמִּלָּה הַנְּכוֹנָה לְיַד כָּל תְּמוּנָה.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מילים: הַר · רִקּוּד · אֹכֶל · מִטְרִיָּה · יְרוּשָׁלַיִם · תְּפִלָּה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⛰️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⛱️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🏙️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💃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🍲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2.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מַחְסַן מִלִּים: הַר · לְבָנִים · יְרוּשָׁלַיִם · מִטְרִיּוֹת · רוֹקְדִים · חַג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🌾 סִגְד הוּא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⛰️ עָלוּ עַל __________ גָּבוֹהַּ.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🤍 לָבְשׁוּ בְּגָדִים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🏙️ הֵם חָלְמוּ עַל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⛱️ יֵשׁ __________ צִבְעוֹנִיּוֹת.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💃 __________ וְשָׂמֵחִים.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3. הבנת הנקרא – הקיפו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🌾 מָה זֶה סִגְד?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🎉 חַג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🍎 פְּרִי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🚗 מְכוֹנִית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⛰️ לְאָן עָלוּ?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🌊 לַיָּם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⛰️ לָהָר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🏠 לַבַּיִת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🤍 אֵיזֶה צֶבַע הַבְּגָדִים?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⬛ שָׁחֹר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🟥 אָדֹם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⬜ לָבָן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🏙️ עַל מָה חָלְמוּ?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🏙️ עַל יְרוּשָׁלַיִם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🍰 עַל עוּגָה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⚽ עַל כַּדּוּר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⛱️ מָה יֵשׁ לַקֵּסִים?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🎈 בַּלּוֹנִים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⛱️ מִטְרִיּוֹת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📱 טֶלֶפוֹנִים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🍲 מָה עוֹשִׂים אַחֲרֵי הַתְּפִלָּה?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😴 יְשֵׁנִים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📚 כּוֹתְבִים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🍲 אוֹכְלִים יַחַד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4. בונים משפט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אֶת הַמִּלִּים וְכִתְבוּ מִשְׁפָּט.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סִגְד / הוּא / חַג   (🌾)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עָלוּ / עַל / הַר / גָּבוֹהַּ   (⛰️)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כֻּלָּם / יַחַד / הִתְפַּלְּלוּ   (🙏)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הַיּוֹם / בִּירוּשָׁלַיִם / חוֹגְגִים   (🏙️)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5. דקדוק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אֶחָד – הַרְבֵּה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1️⃣ אֶחָד: הַר. 🔢 הַרְבֵּה: הָרִים.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⛰️ הַר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הָרִים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⛱️ מִטְרִיָּה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מִטְרִיָּה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מִטְרִיּוֹת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מִטְרִיִּים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👕 בֶּגֶד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בֶּגֶד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בְּגָדוֹת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בְּגָדִים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🎵 שִׁיר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שִׁירִים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שִׁירוֹת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שִׁיר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🙏 תְּפִלָּה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תְּפִלִּים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תְּפִלּוֹת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תְּפִלָּה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🌾 חַג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חַג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חַגּוֹת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חַגִּים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ג׳ – מדברים וכותבים 🗣️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ביטויים מהחג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ביטוי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זה?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חַג שָׂמֵחַ! 🎉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 לַחֲבֵרִים בַּחַג.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חַג סִגְד שָׂמֵחַ! 🌾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בְּרָכָה לְחַג הַסִּגְד.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יַחַד 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כֻּלָּם בְּיַחַד.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תּוֹדָה 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 כְּשֶׁמִּישֶׁהוּ עוֹזֵר.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אֲנִי שָׂמֵחַ / שְׂמֵחָה 😊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מְסַפְּרִים מָה מַרְגִּישִׁים.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בַּשָּׁנָה הַבָּאָה בִּירוּשָׁלַיִם 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מִשְׁפָּט שֶׁל תִּקְוָה.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הַחַג שֶׁלִּי 🎉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בַּחֲרוּ וְהַשְׁלִימוּ. אֶפְשָׁר לְצַיֵּר 🖍️. אֶפְשָׁר לְשַׁתֵּף – לֹא חוֹבָה.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פתיחות: 🎉 הַחַג שֶׁאֲנִי אוֹהֵב / אוֹהֶבֶת: … / 😊 בַּחַג אֲנִי מַרְגִּישׁ / מַרְגִּישָׁה: … / 🤝 בַּחַג אֲנִי עִם: … / 🍲 בַּחַג אוֹכְלִים: 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 שיעזרו: 🎉 חַג · 😊 שִׂמְחָה · 🤝 יַחַד · 🍲 אֹכֶל · 💃 רִקּוּד · 🎵 שִׁיר · 🏠 בַּיִת · ❤️ אַהֲבָה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🌾 מִלָּה אַחַת מֵהַחַג: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😊 אֵיךְ הִרְגַּשְׁתִּי הַיּוֹם?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🖍️ צִיְּרוּ דָּבָר אֶחָד מֵהַחַג.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 🙂  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דף עבודה לתלמיד – ⭐ יסודי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