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📋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A63C06"/>
          <w:sz w:val="48"/>
          <w:rtl/>
          <w:szCs w:val="48"/>
          <w:bCs/>
        </w:rPr>
        <w:t>🌾 הסיגד לכולם – מהדורה למורה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⭐ יסודי · חנ״מ · תשובות, מערך שיעור והתאמות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🔑 מפתח תשובות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🗓️ מערך שיעור 45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🔧 התאמות: אולפן · כיתה · חנ״מ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🤍 שיתוף בטוח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🔍 לוודא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A63C06"/>
          <w:sz w:val="40"/>
          <w:rtl/>
          <w:szCs w:val="40"/>
          <w:bCs/>
        </w:rPr>
        <w:t>מהדורה למורה – ⭐ יסודי · חנ״מ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תמונה</w:t>
            </w:r>
          </w:p>
        </w:tc>
        <w:tc>
          <w:tcPr>
            <w:tcW w:type="dxa" w:w="5213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⛰️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הַר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🙏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תְּפִלָּה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⛱️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מִטְרִיָּה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🏙️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יְרוּשָׁלַיִם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💃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רִקּוּד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🍲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אֹכֶל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השלמה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🌾 סִגְד הוּא 【חַג】.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⛰️ עָלוּ עַל 【הַר】 גָּבוֹהַּ.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🤍 לָבְשׁוּ בְּגָדִים 【לְבָנִים】.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🏙️ הֵם חָלְמוּ עַל 【יְרוּשָׁלַיִם】.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⛱️ יֵשׁ 【מִטְרִיּוֹת】 צִבְעוֹנִיּוֹת.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💃 【רוֹקְדִים】 וְשָׂמֵחִים.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הבנת הנקרא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 – 🎉 חַג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ב – ⛰️ לָהָר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ג – ⬜ לָבָן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א – 🏙️ עַל יְרוּשָׁלַיִם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ב – ⛱️ מִטְרִיּוֹת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ג – 🍲 אוֹכְלִים יַחַד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בונים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סִגְד הוּא חַג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עָלוּ עַל הַר גָּבוֹהַּ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כֻּלָּם הִתְפַּלְּלוּ יַחַד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הַיּוֹם חוֹגְגִים בִּירוּשָׁלַיִם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דקדוק – אֶחָד – הַרְבֵּה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 – הָרִים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ב – מִטְרִיּוֹת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ג – בְּגָדִים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א – שִׁירִים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ב – תְּפִלּוֹת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ג – חַגִּים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חידון מהיר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🌾 סִגְד הוּא… – 🎉 חַג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🍂 מָתַי חוֹגְגִים? – 🍂 בַּסְּתָיו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⛰️ אֵיפֹה הִתְפַּלְּלוּ? – ⛰️ עַל הָהָר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🤍 מָה לָבְשׁוּ? – 🤍 לָבָן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🏙️ אֵיפֹה חוֹגְגִים הַיּוֹם? – 🏙️ בִּירוּשָׁלַיִם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👳 מִי לוֹבְשִׁים לָבָן? – 👳 הַקֵּסִים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💃 מָה עוֹשִׂים בַּסּוֹף? – 💃 רוֹקְדִים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⛱️ מָה צִבְעוֹנִי? – ⛱️ הַמִּטְרִיּוֹת</w:t>
      </w: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🗓️ מערך שיעור – 45 דקות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דק׳</w:t>
            </w:r>
          </w:p>
        </w:tc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עושים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 בתמונות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מראים 3 תמונות/אמוג׳י: הר, בגדים לבנים, מטריות. שואלים: מה רואים? כל תשובה מתקבלת.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קריאה מודרכת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המורה קוראת את טקסט 1 משפט־משפט; התלמידים מצביעים על האמוג׳י המתאים. אפשר להשתמש בכפתור ההקראה.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התאמה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התאמת תמונה למילה בזוגות או מול הלוח. כרטיסים גדולים, צבעים ברורים.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קריאת טקסט 2 ושאלות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קוראים יחד את טקסט 2 ועונים על שאלות הבחירה עם 3 תשובות בלבד. מחזקים כל ניסיון.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אחד – הרבה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תרגול יחיד ורבים עם חפצים אמיתיים או ציורים: מטרייה אחת – הרבה מטריות.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חידון בקבוצות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חידון קצר עם 3 תשובות; כל קבוצה עונה יחד. בלי לחץ זמן, אפשר לכבות את הטיימר.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כרטיס יציאה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בחירת פרצוף רגש וציור קטן או מילה אחת מן החג.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💡 טיפים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עבדו בשלבים קצרים של 5–8 דקות ותנו הפסקת תנועה קצרה ביניהם.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השתמשו באותיות גדולות, ברווחים גדולים ובאמוג׳י קבוע לכל מילה.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הציגו בכל פעם משימה אחת בלבד וקראו בקול כל הוראה.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אפשרו מענה בהצבעה, בציור או בשליפת כרטיס במקום כתיבה.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השיתוף על חגים ועל בית הוא רשות; אל תבקשו מילד לספר על משפחתו.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🤍 שיתוף בטוח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אמרו בכל פעם במפורש: "אפשר לשתף – לא חובה", ואפשרו לכתוב במקום לדבר או לא לענות כלל.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שאלו על דברים נעימים (ריח, שיר, אוכל, מקום אהוב) ולא על הקשיים של הדרך או על הפרידה.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אל תניחו מבנה משפחה: שאלו "עם מי אתם אוהבים לחגוג?" ולא "מה ההורים שלכם עושים?".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אל תשוו בין קשיים או סיפורי עלייה של לומדים שונים; כל סיפור ראוי לכבוד.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אפשרו לכתוב על דמות מדומיינת או על "מישהו שאני מכיר" במקום על עצמכם.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אם עולה רגש חזק – הודו על השיתוף, עברו בעדינות למשימה אחרת, ושוחחו אחר כך ביחידות; במידת הצורך פנו לגורם המקצועי בבית הספר או באולפן.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🔍 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תאריך הסיגד בשנת 2026: כ״ט בחשוון התשפ״ז – לפי חישוב 9.11.2026 (יום שני). לבדוק בלוח השנה.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שנת עיגון הסיגד כחג ממלכתי בחוק (2008) – לבדוק.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מקום ההתכנסות המרכזית בירושלים (טיילת ארמון הנציב) – לבדוק שלא השתנה השנה.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כל התרגומים (אנגלית, רוסית, אמהרית, ערבית, צרפתית) – לבדיקה של דוברי השפה, במיוחד אמהרית.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המונחים "קס/קסים" ו"אורית" באמהרית ובצרפתית – לאשר עם בני הקהילה את הכתיב המקובל.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הקשר למסורת עזרא ונחמיה והמנהג לשאת אבנים – להציג כמסורת ולוודא ניסוח עם בני הקהילה.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ניקוד המילים והמשפטים – לעבור פעם נוספת לפני הדפסה.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תרגומי המילון – לבדיקת דוברות ודוברי השפה.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הסיגד לכולם – מהדורה למורה – ⭐ יסודי ·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